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Segoe UI" w:hAnsi="Segoe UI" w:eastAsia="微软雅黑"/>
          <w:b/>
          <w:sz w:val="38"/>
        </w:rPr>
        <w:t>Unit 5 Love Mother Nature!　Lesson 6 Oral Communication　口语交际课</w:t>
      </w:r>
    </w:p>
    <w:p>
      <w:pPr>
        <w:spacing w:after="360"/>
        <w:jc w:val="center"/>
      </w:pPr>
      <w:r>
        <w:rPr>
          <w:rFonts w:ascii="Segoe UI" w:hAnsi="Segoe UI" w:eastAsia="微软雅黑"/>
          <w:b w:val="0"/>
          <w:color w:val="666D7D"/>
          <w:sz w:val="22"/>
        </w:rPr>
        <w:t>初中英语课时教学设计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年级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单元</w:t>
            </w:r>
          </w:p>
        </w:tc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课型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课时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七年级上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Unit 5</w:t>
            </w:r>
          </w:p>
        </w:tc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口语课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45 分钟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一、教学目标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语言知识目标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掌握描述自然与天气的词：sunny / rainy / windy / tree / river / mountain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掌握表达喜好与原因的句型：I like… because…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掌握提出建议：Let's… / Why not…?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语言能力目标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能就"喜欢什么天气、为什么"进行 4 轮以上对话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能在小组里提出一个周末户外活动建议并说明理由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能听懂同伴的建议并作出回应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情感态度目标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愿意用英语表达自己的喜好和理由，而不只是单词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对身边的自然环境有观察的兴趣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二、教学重点与难点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102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内容</w:t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说明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重点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I like… because… 的完整表达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七年级学生常只说 I like…，说不出 because，这一步要逼出来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because 后面的完整句子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学生容易说成 because sunny 这种残句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对话中要接得住对方的话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多数学生只会背自己的句子，不会回应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三、教学准备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天气图片卡 6 张（sunny / rainy / windy / cloudy / snowy / hot）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本班本周的真实天气预报截图（投屏）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小组活动记录纸（每组一张）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计时器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四、教学过程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47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环节</w:t>
            </w:r>
          </w:p>
        </w:tc>
        <w:tc>
          <w:tcPr>
            <w:tcW w:type="dxa" w:w="79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时间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教师活动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学生活动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设计意图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1 导入 Lead-in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4′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投屏本周真实天气预报，指着问：What's the weather like on Friday? 请 3 名学生回答。对，就用我们这周真实的天气。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看本班所在地的真实天气预报，用英语回答某天的天气。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用真实的天气预报，比课本插图更有说服力——学生知道这是真的。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2 呈现 Presentation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8′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出示天气图片卡，带读 6 个词。板书 I like sunny days. Why? Because I can play football. 用彩色笔把 because 圈出来，强调后面要跟一个完整句子。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跟读天气词；观察板书里 because 后面是什么结构。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把 because 单独圈出来，因为这是本课最容易出残句的地方。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3 操练 Practice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10′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① 全班跟读；② 同桌互问 What's your favourite weather? Why? 要求答句必须含 because；③ 抽 2 组演示。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跟读 → 同桌问答（必须用 because）→ 2 组演示。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把"必须用 because"作为明确规则，学生才会真的说理由。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4 小组任务 Group task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14′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四人一组。任务：为班级设计一次周末户外活动，用英语给出 3 条理由。要求每条理由用 because。教师发记录纸，巡查各组，每组至少帮一个说不上来的学生。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小组讨论 → 在记录纸上写下活动名称和 3 条理由 → 组内试说一遍。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真实任务（设计班级活动）让口语有目的。记录纸保证讨论有形结果，不流于闲聊。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5 展示与互评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7′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每组派一人汇报 30 秒。其他组听的时候记一件事：他们说出了几条理由？汇报完请一个组点评。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各组汇报；听的小组记录理由条数并点评。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给听的人一个明确任务，避免"事不关己「。点评标准是」几条理由"，客观可数。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6 小结 Summary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2′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小结：说喜好要带理由；because 后面是完整句子。提醒下节课要写"我喜欢的季节"。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跟读板书关键句；记录作业。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为下一课时的写作做铺垫，口语课和写作课连起来。</w:t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rFonts w:ascii="Segoe UI" w:hAnsi="Segoe UI" w:eastAsia="微软雅黑"/>
          <w:b w:val="0"/>
          <w:color w:val="666D7D"/>
          <w:sz w:val="19"/>
        </w:rPr>
        <w:t>合计：45 分钟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五、板书设计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Unit 5  Love Mother Nature!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Lesson 6  Oral Communication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天气：sunny  rainy  windy  cloudy  snowy  hot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自然：tree  river  mountain  flower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What's your favourite weather?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— I like sunny days.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— Why?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— Because I can play football.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★ because 后面要跟一个完整的句子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     ❌ because sunny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     ✅ because it is sunny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Let's go to the park!     Why not fly a kite?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六、作业设计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基础（人人做）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朗读板书两组对话各 3 遍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提高（选做）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写下小组的周末活动建议，3 句话，每句含 because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七、课后反思</w:t>
      </w:r>
    </w:p>
    <w:p>
      <w:pPr>
        <w:spacing w:after="160"/>
      </w:pPr>
      <w:r>
        <w:rPr>
          <w:rFonts w:ascii="Segoe UI" w:hAnsi="Segoe UI" w:eastAsia="微软雅黑"/>
          <w:b w:val="0"/>
          <w:color w:val="888F9E"/>
          <w:sz w:val="19"/>
        </w:rPr>
        <w:t>（上完课再补。记录实际发生的情况——哪个环节超时、学生在哪里卡住、下次改什么。）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19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635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记录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实际时长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学生卡在哪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下次要改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36" w:lineRule="auto"/>
    </w:pPr>
    <w:rPr>
      <w:rFonts w:ascii="Segoe UI" w:hAnsi="Segoe U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