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2 Meet My Family!　Lesson 4 Theme Reading　主题阅读课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2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阅读课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掌握家庭成员称谓：father / mother / brother / sister / grandpa / grandma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掌握介绍家庭的基本句型：This is my… / I have a…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认读短文中的关键信息词：photo, family, live, together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能通过略读找出短文介绍了几个家庭成员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能细读短文填写"家庭信息表"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能根据信息表复述短文主要内容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愿意向同学介绍自己的家庭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体会不同家庭形态都值得被尊重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略读找人数、细读填信息表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七年级阅读课的核心是"带着任务读"，不是逐句翻译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he / she 在家庭成员中的指代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学生已知称谓，但读短文时容易跟丢指代对象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have / has 的选择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主语是第三人称单数时要用 has，本课第一次集中出现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放大的"家庭信息表"一张（贴在黑板上）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教材配套短文音频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学生自己家庭照片（自愿带，没带也能上课）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计时器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导入 Lead-in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展示自己的家庭照片（或课本插图），用英语简单介绍 2-3 位家人。然后问：How many people are there in your family? 请 2-3 名学生回答。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看老师的照片，尝试用英语或中文回答家里有几口人。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用真实照片开场，把"家庭"这个话题落到学生自己的经验上。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读前 Pre-reading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6′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板书 6 个称谓词，带读两遍。出示信息表（姓名 / 年龄 / 职业 / 爱好），说明：一会儿读短文，把表格填满。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跟读称谓词；看信息表，明确阅读任务。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先扫清单词障碍再读。任务前置，学生读的时候才知道要找什么。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略读 Skimming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6′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给 90 秒，只回答一个问题：短文介绍了几个家庭成员？不要逐句读。时间到请学生报数并说理由。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快速扫读，找到家庭成员数量并在文中圈出依据。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限时略读逼学生抓大意而不是纠结生词。说理由能看出他是真找到还是猜的。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细读 Scanning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12′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再给 6 分钟细读，填写信息表。巡查时关注两点：he / she 有没有跟丢；have / has 用对没有。填完后请 3 名学生上黑板填表。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细读短文，把信息表逐行填好；3 名学生上黑板填写。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从"找几个「到」找什么"，阅读任务形成梯度。黑板填表让全班能一起校对。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读后 Post-reading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让学生看着黑板的信息表，合上课本，用 3-4 句话复述短文内容。同桌先互相说一遍，再抽 2 人向全班复述。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同桌互相复述 → 2 人向全班复述。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合上课本复述，才能真正检验读懂没有。信息表在这里变成"提示词"。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6 输出与小结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6′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请带了照片的同学用 2-3 句介绍自己的家人；没带的介绍课本里那个家庭。小结板书，强调 he / she 和 has。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部分学生介绍自己的家庭；其余学生跟读板书。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把课文语言迁移到自己身上，同时照顾没带照片的学生，不让他们空着。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2  Meet My Family!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Lesson 4  Theme Reading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称谓：father  mother  brother  sister  grandpa  grandma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信息表（贴在黑板上）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┌────────┬──────┬────────┬──────┐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│ 姓名   │ 年龄 │ 职业   │ 爱好 │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└────────┴──────┴────────┴──────┘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★ 男生 → he / his      女生 → she / her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★ I have a brother.   He has a sister.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朗读短文两遍，把信息表誊抄到作业本上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画一张自己家的"家庭树"，用英语标注 5 个称谓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