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Segoe UI" w:hAnsi="Segoe UI" w:eastAsia="微软雅黑"/>
          <w:b/>
          <w:sz w:val="38"/>
        </w:rPr>
        <w:t>Unit 1 Let's Be Friends!　Lesson 1 Listening and Speaking　听说课</w:t>
      </w:r>
    </w:p>
    <w:p>
      <w:pPr>
        <w:spacing w:after="360"/>
        <w:jc w:val="center"/>
      </w:pPr>
      <w:r>
        <w:rPr>
          <w:rFonts w:ascii="Segoe UI" w:hAnsi="Segoe UI" w:eastAsia="微软雅黑"/>
          <w:b w:val="0"/>
          <w:color w:val="666D7D"/>
          <w:sz w:val="22"/>
        </w:rPr>
        <w:t>初中英语课时教学设计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年级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单元</w:t>
            </w:r>
          </w:p>
        </w:tc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课型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课时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七年级上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Unit 1</w:t>
            </w:r>
          </w:p>
        </w:tc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听说课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45 分钟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一、教学目标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语言知识目标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掌握询问与告知姓名的句型：What's your name? — I'm… / My name is…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掌握初识问候语：Nice to meet you. / Nice to meet you, too.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掌握介绍他人：This is… He / She is my classmate.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语言能力目标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能听懂对方询问姓名并作出恰当回应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能用 3 句以上完成自我介绍，语音语调基本正确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能向第三人转述刚认识的同学，正确使用 he / she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情感态度目标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愿意开口说英语，不怕说错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对新同学有主动认识的意愿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二、教学重点与难点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内容</w:t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What's your name? 与 I'm… 的问答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这是本课最核心的一组句型，也是学生英语课第一次真实开口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介绍他人时用 he / she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从"说自己「转到」说别人"是本课的分水岭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人称转换：your → my → his / her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学生容易把 What's your name? 答成 My name is your… 这类混用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Nice to meet you 的自然应答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学生常答成 Yes 或 Thank you，需要单独操练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三、教学准备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新同学姓名卡 6 张（用于随机抽取）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教材配套录音（Lesson 1 Listening and Speaking）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计时器（投屏用）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彩色白板笔（标注 What's 和 is）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四、教学过程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47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环节</w:t>
            </w:r>
          </w:p>
        </w:tc>
        <w:tc>
          <w:tcPr>
            <w:tcW w:type="dxa" w:w="79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时间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教师活动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学生活动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设计意图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1 导入 Lead-in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用英语跟全班打招呼，自我介绍：Hello, I'm Miss/Mr. ___。然后问 3-4 名学生 What's your name? 学生答不上来时用中文提示，不追问。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听老师自我介绍，尝试回答自己的名字（可以说中文）。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让"问名字"这件事先发生在真实场景里，而不是先讲语法。开学的真实需求就是认识人。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2 呈现 Presentation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10′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请两名学生到前面，用 What's your name? 互问，板书两组问答。用彩色笔标出 What's 和 is。再呈现 Nice to meet you. 及其应答，示范握手动作。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看同学演示、跟读句型；观察板书中 What's 的位置。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用同学当例子比用课本人物更有代入感。彩色标注让关键结构在视觉上突出。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3 操练 Practice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12′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① 全班跟读录音两遍；② 同桌互相问答姓名（限时 3 分钟，计时器投屏）；③ 抽查 3 组。教师巡查记录常见错误，当场不打断。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跟读 → 同桌互问互答 → 被抽查的小组面向全班演示。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先机械操练再进入真实交流。限时提高参与密度；巡查不打断，避免当众纠错的心理压力。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4 呈现二：介绍他人 Presentation 2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8′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板书 This is Wang Ming. He is my classmate. 再换一位女生，板书 She。追问：为什么一个是 He 一个是 She？让学生自己说出「男生用 He，女生用 She」。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观察两句板书的差别，说出 he / she 的区别。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这一步是本课的分水岭。规则让学生自己归纳，比老师直接讲记得牢。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5 输出 Production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7′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布置任务：离开座位，用英语问 3 位同学的名字并记在本子上；回到座位后向同桌介绍这三位。示范一遍转述：This is Li Hua. She is my classmate.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离座采访 3 人并记录 → 回座位向同桌转述 → 部分学生向全班介绍。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"转述"逼出第三人称 he / she，比同桌互问多练一层，也是本课真正的落点。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6 小结 Summary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3′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带学生读一遍板书。请两名学生用英语介绍自己刚认识的同学。提醒：明天上课我还会问你同桌的名字。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齐读板书；两名学生做展示。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留一个"明天还要用"的钩子，学生会更认真记名字。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Segoe UI" w:hAnsi="Segoe UI" w:eastAsia="微软雅黑"/>
          <w:b w:val="0"/>
          <w:color w:val="666D7D"/>
          <w:sz w:val="19"/>
        </w:rPr>
        <w:t>合计：45 分钟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五、板书设计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Unit 1  Let's Be Friends!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Lesson 1  Listening and Speaking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What's your name?          Nice to meet you.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— My name is Li Hua.       — Nice to meet you, too.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— I'm Li Hua.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介绍别人：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This is Wang Ming.  He is my classmate.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This is Li Mei.     She is my friend.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★ 男生 → He     女生 → She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★ What's = What is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六、作业设计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基础（人人做）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抄写本课 6 个新词，各 3 遍并读给家长听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朗读课本对话 2 遍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提高（选做）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写 3 句话介绍你的同桌（不许写中文名字）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七、课后反思</w:t>
      </w:r>
    </w:p>
    <w:p>
      <w:pPr>
        <w:spacing w:after="160"/>
      </w:pPr>
      <w:r>
        <w:rPr>
          <w:rFonts w:ascii="Segoe UI" w:hAnsi="Segoe UI" w:eastAsia="微软雅黑"/>
          <w:b w:val="0"/>
          <w:color w:val="888F9E"/>
          <w:sz w:val="19"/>
        </w:rPr>
        <w:t>（上完课再补。记录实际发生的情况——哪个环节超时、学生在哪里卡住、下次改什么。）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635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记录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实际时长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学生卡在哪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下次要改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Segoe UI" w:hAnsi="Segoe U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