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Segoe UI" w:hAnsi="Segoe UI" w:eastAsia="微软雅黑"/>
          <w:b/>
          <w:sz w:val="38"/>
        </w:rPr>
        <w:t>Unit 2 This is my sister　语法课：this / that / these / those</w:t>
      </w:r>
    </w:p>
    <w:p>
      <w:pPr>
        <w:spacing w:after="360"/>
        <w:jc w:val="center"/>
      </w:pPr>
      <w:r>
        <w:rPr>
          <w:rFonts w:ascii="Segoe UI" w:hAnsi="Segoe UI" w:eastAsia="微软雅黑"/>
          <w:b w:val="0"/>
          <w:color w:val="666D7D"/>
          <w:sz w:val="22"/>
        </w:rPr>
        <w:t>初中英语课时教学设计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年级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单元</w:t>
            </w:r>
          </w:p>
        </w:tc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课型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课时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七年级上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Unit 2</w:t>
            </w:r>
          </w:p>
        </w:tc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语法课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45 分钟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一、教学目标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语言知识目标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 this / that / these / those 的区别与用法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 Who's…? / Who're…? 的问句与答语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掌握单数名词变复数的基本规则（sister → sisters）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语言能力目标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能根据远近和单复数正确选用指示代词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能用英语介绍自己的家人（照片或图片）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情感态度目标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愿意向他人介绍自己的家人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二、教学重点与难点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102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内容</w:t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重点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this/these 指近处，that/those 指远处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这是本课的核心区别，用距离来记最直观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复数形式的读音（these /ðiːz/、those /ðəʊz/）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两个词发音接近，学生容易混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Who's 与 Who're 的选择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学生常一律用 Who's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三、教学准备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家庭照片或人物图片若干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两把椅子（一把放讲台近处，一把放教室后排，用于演示远近）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指示代词对比卡片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四、教学过程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47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环节</w:t>
            </w:r>
          </w:p>
        </w:tc>
        <w:tc>
          <w:tcPr>
            <w:tcW w:type="dxa" w:w="79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时间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教师活动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学生活动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设计意图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1 复习导入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5′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指着一名学生问：Who's he? 引导学生答 He's…。再指两名学生问：Who are they? 引到复数。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回答单数和复数的问题，初步感受差别。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从学生自己出发，让单复数的差别自然产生。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2 情境呈现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10′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用两把椅子演示"远/近"：把一张图片放在讲台（近）问 What's this?，放到教室后排（远）问 What's that? 再换两张图片问 What are these? / What are those? 板书四组对比。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观察距离差别，跟读四组句型。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用真实的物理距离来教"远指/近指"，比讲规则有效得多。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3 归纳规则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8′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引导学生自己总结：近处单数 this、近处复数 these、远处单数 that、远处复数 those。让学生把规则填进学案。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自己观察板书写出规则，同桌互相检查。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让学生自己归纳，而不是直接给结论。自己总结的规则记得住。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4 操练 Practice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15′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① 快速反应游戏：老师指物，学生快速说 this/that/these/those；② 同桌用各自的家庭照片互问互答（限时 5 分钟）；③ 抽查 3 组。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快速反应；用照片互问互答。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先机械操练形成条件反射，再进入真实表达，两层都要有。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5 小结与作业布置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7′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请两名学生上台用英语介绍自己的家人照片（至少 3 句）。回顾板书规则，指出 these / those 的发音要点，带读两遍。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上台介绍；齐读发音。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当堂产出，检验规则是否真的会用。发音着重纠正，因为这两个词最容易混。</w:t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rFonts w:ascii="Segoe UI" w:hAnsi="Segoe UI" w:eastAsia="微软雅黑"/>
          <w:b w:val="0"/>
          <w:color w:val="666D7D"/>
          <w:sz w:val="19"/>
        </w:rPr>
        <w:t>合计：45 分钟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五、板书设计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Unit 2  this / that / these / those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──────────────────────────────────────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         单数                复数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近处      this  (这个)         these (这些)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远处      that  (那个)         those (那些)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例句：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This is my sister.        →  These are my sisters.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That is my brother.       →  Those are my brothers.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问句：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Who's he?   →  He's my brother.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Who're they? →  They're my sisters.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──────────────────────────────────────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六、作业设计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基础（人人做）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用 this/that/these/those 各写一个句子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跟读 these / those 各 10 遍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提高（选做）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写 5 句话介绍你的家人（可用图片，不要求真实照片）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七、课后反思</w:t>
      </w:r>
    </w:p>
    <w:p>
      <w:pPr>
        <w:spacing w:after="160"/>
      </w:pPr>
      <w:r>
        <w:rPr>
          <w:rFonts w:ascii="Segoe UI" w:hAnsi="Segoe UI" w:eastAsia="微软雅黑"/>
          <w:b w:val="0"/>
          <w:color w:val="888F9E"/>
          <w:sz w:val="19"/>
        </w:rPr>
        <w:t>（上完课再补。记录实际发生的情况——哪个环节超时、学生在哪里卡住、下次改什么。）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19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635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记录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实际时长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学生卡在哪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下次要改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36" w:lineRule="auto"/>
    </w:pPr>
    <w:rPr>
      <w:rFonts w:ascii="Segoe UI" w:hAnsi="Segoe U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