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Segoe UI" w:hAnsi="Segoe UI" w:eastAsia="微软雅黑"/>
          <w:b/>
          <w:sz w:val="38"/>
        </w:rPr>
        <w:t>Unit 1 My name's Gina　Section B 2a-2c　阅读课</w:t>
      </w:r>
    </w:p>
    <w:p>
      <w:pPr>
        <w:spacing w:after="360"/>
        <w:jc w:val="center"/>
      </w:pPr>
      <w:r>
        <w:rPr>
          <w:rFonts w:ascii="Segoe UI" w:hAnsi="Segoe UI" w:eastAsia="微软雅黑"/>
          <w:b w:val="0"/>
          <w:color w:val="666D7D"/>
          <w:sz w:val="22"/>
        </w:rPr>
        <w:t>初中英语课时教学设计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年级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单元</w:t>
            </w:r>
          </w:p>
        </w:tc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课型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课时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七年级上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Unit 1</w:t>
            </w:r>
          </w:p>
        </w:tc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阅读课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45 分钟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一、教学目标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语言知识目标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掌握数字 0–9 的英文表达与电话号码的读法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掌握问电话号码的句型：What's your phone number? — It's…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理解 first name / last name 的区别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语言能力目标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能用略读找出文中人物的关键信息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能用细读完成信息表格（姓名、电话）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能用英语交换并记录电话号码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情感态度目标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在交换联系方式中体会英语的交际功能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二、教学重点与难点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内容</w:t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从短文中提取姓名与电话号码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本课的核心阅读技能是"定位细节"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电话号码的读法（逐位读，不按数值读）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学生常把 278-6926 读成"两千七百…"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first name 与 last name 的顺序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中英姓名顺序相反，容易混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三、教学准备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短文录音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信息表格（A4 打印，每生一份）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数字卡片 0–9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真实或仿真的通讯录卡片若干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四、教学过程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47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环节</w:t>
            </w:r>
          </w:p>
        </w:tc>
        <w:tc>
          <w:tcPr>
            <w:tcW w:type="dxa" w:w="79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时间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教师活动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学生活动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设计意图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1 读前 Pre-reading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快速复习数字 0–9：出示数字卡，学生快读。抛问题：Do you know your parents' phone numbers? 引出本课话题。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看卡快读数字；思考并试着说出一串电话号码。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扫清数字障碍。电话号码是学生熟悉的真实语料，能立刻建立动机。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2 略读 Skimming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8′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发短文，限时 2 分钟，只要求回答一个问题：How many people are in the passage? Who are they? 板书板书人名。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快速浏览，圈出人名，举手回答。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先只抓"有几个人"，不要求读懂每个词。降低阅读焦虑，建立整体感。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3 细读 Careful reading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发信息表格（Name / First name / Last name / Phone number）。让学生再读一遍填表。巡视，重点看电话号码有没有按数值读。填完后请两名学生上黑板写答案，全班核对。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细读并填表；上黑板书写；核对纠错。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把阅读变成"有产出的任务"。表格让提取过程可见，也便于当堂核对。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4 输出 Production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12′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布置"交换联系方式"活动：学生离开座位，用英语问 3 位同学的电话号码并记录下来。示范一遍问答。最后请 2 位学生汇报：His/Her phone number is…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离开座位互问电话并记录；向全班汇报其中一位。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把阅读中习得的句型用到真实交际里。记录+汇报形成纸面产出，便于课下检查。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5 小结 Summary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回顾板书的表格；强调读电话号码要"逐位读"；请全班一起读一遍黑板上的三个电话号码。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齐读电话号码；回顾人名顺序。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把本课最容易出错的两点（读法、姓名顺序）再强化一遍。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Segoe UI" w:hAnsi="Segoe UI" w:eastAsia="微软雅黑"/>
          <w:b w:val="0"/>
          <w:color w:val="666D7D"/>
          <w:sz w:val="19"/>
        </w:rPr>
        <w:t>合计：45 分钟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五、板书设计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Unit 1  Section B  Reading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──────────────────────────────────────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               First name   Last name   Phone number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Gina             Gina         (—)         278-6926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Alan             Alan         (—)         287-6926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...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──────────────────────────────────────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电话号码逐位读：two seven eight, six nine two six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            （不读 two hundred and seventy-eight）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──────────────────────────────────────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What's your phone number?  — It's ______.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六、作业设计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基础（人人做）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朗读短文 3 遍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把课文里三个人物的姓名和电话整理成表格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提高（选做）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调查 3 位家人的电话，用英语写成 3 句话（不写真实号码，用 138-0000 之类的示例号）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七、课后反思</w:t>
      </w:r>
    </w:p>
    <w:p>
      <w:pPr>
        <w:spacing w:after="160"/>
      </w:pPr>
      <w:r>
        <w:rPr>
          <w:rFonts w:ascii="Segoe UI" w:hAnsi="Segoe UI" w:eastAsia="微软雅黑"/>
          <w:b w:val="0"/>
          <w:color w:val="888F9E"/>
          <w:sz w:val="19"/>
        </w:rPr>
        <w:t>（上完课再补。记录实际发生的情况——哪个环节超时、学生在哪里卡住、下次改什么。）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635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记录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实际时长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学生卡在哪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下次要改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Segoe UI" w:hAnsi="Segoe U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