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1 My name's Gina　Section A 1a-2d　听说课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1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听说课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 be 动词 am / is / are 在自我介绍中的用法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掌握句型 What's your name? — My name is… / I'm…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掌握问候与初识用语：Nice to meet you. / Nice to meet you, too.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能听懂对方询问姓名并作出回应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能用 3 句以上完成自我介绍，语音语调基本正确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能在真实情境中主动与他人打招呼并互问姓名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愿意开口说英语，不怕说错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对新同学有主动认识的意愿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be 动词 am / is / are 的正确选择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主语不同，be 动词不同，这是本单元的核心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姓名问答中的人称转换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从 your 转到 my，学生容易混用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Nice to meet you 的自然应答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学生常答成 Yes 或 Thank you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人物头饰或图片卡若干（Gina / Alan / Jenny / Bob / Cindy）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本课对话录音（教材配套音频）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计时器（用于操练限时）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板书用彩色粉笔或白板笔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导入 Lead-in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用英语跟全班打招呼，自我介绍：Hello, I'm Miss/Mr. ___。然后问 3-4 名学生 What's your name? 学生答不上来时用中文提示。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听老师自我介绍，尝试回答自己的名字（可以说中文）。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用真实的自我介绍开场，让"问名字"这件事发生在真实场景里，而不是先讲语法。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呈现 Presentation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出示头饰图卡，介绍 Gina / Alan 等人物，板书 What's your name? — My name is Gina. / I'm Gina. 用彩色粉笔标出 What's 和 is。再呈现 Nice to meet you. 及应答。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看图片、跟读句型；观察板书中 be 动词的位置。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先建立"形式—意义"的联系。彩色标注让 be 动词在视觉上突出。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操练 Practice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① 全班跟读录音两遍；② 同桌互相问答姓名（限时 3 分钟，计时器投屏）；③ 抽查 3 组。教师巡查，记录学生常犯的错误（不打断）。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跟读 → 同桌互问互答 → 被抽查的小组面向全班演示。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先机械操练再进入真实交流。限时能提高参与密度；教师巡查不打断，避免当众纠错带来的心理压力。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输出 Production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布置任务：认识 3 位新同学并记录他们的名字。示范一遍：走到一位学生面前问 What's your name?，然后向全班转述 His/Her name is…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离开座位，用英语问 3 位同学的名字并记录；回到座位后向同桌转述。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"转述"这一步是本节的关键落点——它逼出第三人称和 His/Her，比单纯的同桌问答多练一层。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小结 Summary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带学生回顾板书，一起读 be 动词口诀（I 用 am，you 用 are，is 连着他她它）。请两名学生用英语介绍自己认识的同桌。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齐读口诀；两名学生做展示。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把零散的句型收成一条可迁移的规则，并让当堂有明确产出。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1  My name's Gina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What's your name?          be 动词：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— My name is Gina.         I    → am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— I'm Gina.                you  → are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                        he/she/it → is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Nice to meet you.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— Nice to meet you, too.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His / Her name is ______.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跟读本课对话 3 遍并录音（可用手机）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抄写并默写本课核心句型 2 遍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用英语采访家里 2 位成员的名字和年龄，写成 3 句话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